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Максим Капралов</w:t>
      </w:r>
    </w:p>
    <w:p>
      <w:pPr>
        <w:pStyle w:val="Subtitle"/>
      </w:pPr>
      <w:r>
        <w:t>Senior Frontend Developer · Vue.js / Nuxt / TypeScript</w:t>
      </w:r>
    </w:p>
    <w:p>
      <w:hyperlink r:id="rId9">
        <w:r>
          <w:t>byrnane@gmail.com</w:t>
        </w:r>
      </w:hyperlink>
      <w:r>
        <w:t xml:space="preserve">  ·  </w:t>
      </w:r>
      <w:hyperlink r:id="rId10">
        <w:r>
          <w:t>t.me/Byrnane</w:t>
        </w:r>
      </w:hyperlink>
      <w:r>
        <w:t xml:space="preserve">  ·  </w:t>
      </w:r>
      <w:hyperlink r:id="rId11">
        <w:r>
          <w:t>work.byrnane.dev</w:t>
        </w:r>
      </w:hyperlink>
      <w:r>
        <w:t xml:space="preserve">  ·  </w:t>
      </w:r>
      <w:hyperlink r:id="rId12">
        <w:r>
          <w:t>github.com/byrnane</w:t>
        </w:r>
      </w:hyperlink>
    </w:p>
    <w:p>
      <w:r>
        <w:t>Только удалённо · Полная или частичная занятость · Проектная работа</w:t>
      </w:r>
    </w:p>
    <w:p>
      <w:r>
        <w:t>Frontend-разработчик с 13+ годами коммерческого опыта. Основной стек последних лет — TypeScript, Vue 3, Nuxt 3 и SSR. Разрабатывал веб-приложения в сферах недвижимости, финансов, государственных и корпоративных сервисов. Занимаюсь архитектурой frontend, бизнес-логикой, API-интеграциями, производительностью и тестированием.</w:t>
      </w:r>
    </w:p>
    <w:p>
      <w:pPr>
        <w:pStyle w:val="Heading1"/>
      </w:pPr>
      <w:r>
        <w:t>Опыт работы</w:t>
      </w:r>
    </w:p>
    <w:p>
      <w:pPr>
        <w:pStyle w:val="Heading2"/>
      </w:pPr>
      <w:r>
        <w:t>USETECH · Ведущий разработчик</w:t>
      </w:r>
    </w:p>
    <w:p>
      <w:pPr>
        <w:keepNext/>
      </w:pPr>
      <w:r>
        <w:rPr>
          <w:color w:val="555555"/>
          <w:sz w:val="18"/>
        </w:rPr>
        <w:t>Ноябрь 2024 — март 2026 · 1 год 5 месяцев</w:t>
      </w:r>
    </w:p>
    <w:p>
      <w:r>
        <w:t>Проект: основной сайт samolet.ru и сервис подбора недвижимости.</w:t>
      </w:r>
    </w:p>
    <w:p>
      <w:pPr>
        <w:spacing w:after="140"/>
      </w:pPr>
      <w:r>
        <w:rPr>
          <w:sz w:val="19"/>
        </w:rPr>
        <w:t>Стек: TypeScript, Vue 3, Nuxt 3, Pinia, SSR, Storybook, Vitest, Cypress, Sentry, Grafana, GitLab CI/CD, Docker.</w:t>
      </w:r>
    </w:p>
    <w:p>
      <w:pPr>
        <w:pStyle w:val="ListBullet"/>
      </w:pPr>
      <w:r>
        <w:t>Участвовал в миграции сайта с Vue 2 и самописного серверного рендеринга на Vue 3, Nuxt 3 и TypeScript. Проектировал архитектуру новых разделов и переносил существующую бизнес-логику параллельно с развитием продукта.</w:t>
      </w:r>
    </w:p>
    <w:p>
      <w:pPr>
        <w:pStyle w:val="ListBullet"/>
      </w:pPr>
      <w:r>
        <w:t>Реализовал клиент-серверную маршрутизацию для SEO-трафика: управление URL, заголовками, метатегами, предвыбранными фильтрами и содержимым страниц в зависимости от источника перехода.</w:t>
      </w:r>
    </w:p>
    <w:p>
      <w:pPr>
        <w:pStyle w:val="ListBullet"/>
      </w:pPr>
      <w:r>
        <w:t>Оптимизировал SSR, гидратацию, рендеринг и загрузку страниц: улучшение отдельных показателей производительности — до 30%.</w:t>
      </w:r>
    </w:p>
    <w:p>
      <w:pPr>
        <w:pStyle w:val="ListBullet"/>
      </w:pPr>
      <w:r>
        <w:t>Повысил CTR карточек квартир за счёт доработки галерей, анимаций и сценариев взаимодействия.</w:t>
      </w:r>
    </w:p>
    <w:p>
      <w:pPr>
        <w:pStyle w:val="ListBullet"/>
      </w:pPr>
      <w:r>
        <w:t>Развивал сервис подбора недвижимости со сложной системой фильтров и бизнес-логикой. Участвовал в проектировании API-контрактов и интеграции с backend-сервисами.</w:t>
      </w:r>
    </w:p>
    <w:p>
      <w:pPr>
        <w:pStyle w:val="ListBullet"/>
      </w:pPr>
      <w:r>
        <w:t>Развивал UI-kit и дизайн-систему в Storybook, проводил code review. Писал unit-тесты на Vitest и поддерживал e2e-тесты на Cypress.</w:t>
      </w:r>
    </w:p>
    <w:p>
      <w:pPr>
        <w:pStyle w:val="Heading2"/>
      </w:pPr>
      <w:r>
        <w:t>Самолёт Плюс · Старший разработчик</w:t>
      </w:r>
    </w:p>
    <w:p>
      <w:pPr>
        <w:keepNext/>
      </w:pPr>
      <w:r>
        <w:rPr>
          <w:color w:val="555555"/>
          <w:sz w:val="18"/>
        </w:rPr>
        <w:t>Март 2024 — октябрь 2024 · 8 месяцев</w:t>
      </w:r>
    </w:p>
    <w:p>
      <w:r>
        <w:t>Проект: внутренние финансовые, аналитические и пользовательские сервисы компании «Самолёт».</w:t>
      </w:r>
    </w:p>
    <w:p>
      <w:pPr>
        <w:spacing w:after="140"/>
      </w:pPr>
      <w:r>
        <w:rPr>
          <w:sz w:val="19"/>
        </w:rPr>
        <w:t>Стек: TypeScript, Vue 3, Pinia, REST API.</w:t>
      </w:r>
    </w:p>
    <w:p>
      <w:pPr>
        <w:pStyle w:val="ListBullet"/>
      </w:pPr>
      <w:r>
        <w:t>Разрабатывал CRM-системы, административные панели и личные кабинеты. Участвовал в развитии сервисов сопровождения сделок с недвижимостью и автоматизации внутренних процессов.</w:t>
      </w:r>
    </w:p>
    <w:p>
      <w:pPr>
        <w:pStyle w:val="ListBullet"/>
      </w:pPr>
      <w:r>
        <w:t>Создавал ипотечные и финансовые калькуляторы со сложными правилами расчётов, зависимостями и бизнес-ограничениями.</w:t>
      </w:r>
    </w:p>
    <w:p>
      <w:pPr>
        <w:pStyle w:val="ListBullet"/>
      </w:pPr>
      <w:r>
        <w:t>Проектировал архитектуру frontend-модулей и клиентскую бизнес-логику. Интегрировал приложения с backend-сервисами, участвовал в проработке REST API и клиент-серверных контрактов.</w:t>
      </w:r>
    </w:p>
    <w:p>
      <w:pPr>
        <w:pStyle w:val="ListBullet"/>
      </w:pPr>
      <w:r>
        <w:t>Разрабатывал и оптимизировал интерфейсы для работы с большими объёмами финансовых и аналитических данных: сложными формами, таблицами и связанными данными.</w:t>
      </w:r>
    </w:p>
    <w:p>
      <w:pPr>
        <w:pStyle w:val="ListBullet"/>
      </w:pPr>
      <w:r>
        <w:t>Участвовал в декомпозиции продуктовых требований, оценке задач и выборе технических решений. Проводил code review.</w:t>
      </w:r>
    </w:p>
    <w:p>
      <w:r>
        <w:br w:type="page"/>
      </w:r>
    </w:p>
    <w:p>
      <w:pPr>
        <w:pStyle w:val="Heading2"/>
      </w:pPr>
      <w:r>
        <w:t>USETECH · Ведущий разработчик</w:t>
      </w:r>
    </w:p>
    <w:p>
      <w:pPr>
        <w:keepNext/>
      </w:pPr>
      <w:r>
        <w:rPr>
          <w:color w:val="555555"/>
          <w:sz w:val="18"/>
        </w:rPr>
        <w:t>Май 2019 — октябрь 2023 · 4 года 6 месяцев</w:t>
      </w:r>
    </w:p>
    <w:p>
      <w:r>
        <w:t>Проекты: государственные и корпоративные платформы — ЕИП НСУД, «Россия — страна возможностей», Русагро, РусГидро, Ланит АГРО.</w:t>
      </w:r>
    </w:p>
    <w:p>
      <w:pPr>
        <w:spacing w:after="140"/>
      </w:pPr>
      <w:r>
        <w:rPr>
          <w:sz w:val="19"/>
        </w:rPr>
        <w:t>Стек: TypeScript, JavaScript, Vue, React, Node.js, REST API, GraphQL, WebSocket, PostgreSQL, Redis, Playwright, Cypress, Vitest, Jest, Sentry, Grafana, GitLab CI/CD, Docker.</w:t>
      </w:r>
    </w:p>
    <w:p>
      <w:pPr>
        <w:pStyle w:val="ListBullet"/>
      </w:pPr>
      <w:r>
        <w:t>Проектировал и разрабатывал frontend-модули со сложной бизнес-логикой и разграничением прав доступа: пользовательские порталы, личные кабинеты, административные панели, дашборды и многошаговые формы.</w:t>
      </w:r>
    </w:p>
    <w:p>
      <w:pPr>
        <w:pStyle w:val="ListBullet"/>
      </w:pPr>
      <w:r>
        <w:t>Интегрировал приложения с REST и GraphQL API. Использовал GraphQL для агрегации и нормализации данных, реализовывал realtime-сценарии через WebSocket.</w:t>
      </w:r>
    </w:p>
    <w:p>
      <w:pPr>
        <w:pStyle w:val="ListBullet"/>
      </w:pPr>
      <w:r>
        <w:t>Проводил рефакторинг legacy-кода, оптимизировал производительность, развивал дизайн-систему и документировал компоненты в Storybook.</w:t>
      </w:r>
    </w:p>
    <w:p>
      <w:pPr>
        <w:pStyle w:val="ListBullet"/>
      </w:pPr>
      <w:r>
        <w:t>Писал unit- и e2e-тесты. Участвовал в релизах, настройке CI/CD, Docker-окружений и мониторинга ошибок и производительности.</w:t>
      </w:r>
    </w:p>
    <w:p>
      <w:pPr>
        <w:pStyle w:val="ListBullet"/>
      </w:pPr>
      <w:r>
        <w:t>Участвовал в проработке требований и технических решений, оценке задач и развитии стандартов разработки. Проводил code review.</w:t>
      </w:r>
    </w:p>
    <w:p>
      <w:pPr>
        <w:pStyle w:val="Heading2"/>
      </w:pPr>
      <w:r>
        <w:t>InSystem (BetWinner) · Старший разработчик / Team Lead</w:t>
      </w:r>
    </w:p>
    <w:p>
      <w:pPr>
        <w:keepNext/>
      </w:pPr>
      <w:r>
        <w:rPr>
          <w:color w:val="555555"/>
          <w:sz w:val="18"/>
        </w:rPr>
        <w:t>Июнь 2018 — май 2019 · 1 год</w:t>
      </w:r>
    </w:p>
    <w:p>
      <w:r>
        <w:t>Проект: партнёрская платформа.</w:t>
      </w:r>
    </w:p>
    <w:p>
      <w:pPr>
        <w:pStyle w:val="ListBullet"/>
      </w:pPr>
      <w:r>
        <w:t>Разрабатывал высоконагруженную административную панель партнёрской платформы.</w:t>
      </w:r>
    </w:p>
    <w:p>
      <w:pPr>
        <w:pStyle w:val="ListBullet"/>
      </w:pPr>
      <w:r>
        <w:t>Проектировал UI и общую архитектуру сервисов, участвовал в формировании бизнес-процессов продукта.</w:t>
      </w:r>
    </w:p>
    <w:p>
      <w:pPr>
        <w:pStyle w:val="ListBullet"/>
      </w:pPr>
      <w:r>
        <w:t>Руководил небольшой командой разработчиков.</w:t>
      </w:r>
    </w:p>
    <w:p>
      <w:pPr>
        <w:pStyle w:val="Heading2"/>
      </w:pPr>
      <w:r>
        <w:t>Ранний опыт</w:t>
      </w:r>
    </w:p>
    <w:p>
      <w:r>
        <w:t>Август 2012 — май 2018 · 5 лет 10 месяцев</w:t>
      </w:r>
    </w:p>
    <w:p>
      <w:pPr>
        <w:pStyle w:val="ListBullet"/>
      </w:pPr>
      <w:r>
        <w:t>ИП / фриланс — Developer / UI/UX Designer (2017–2018)</w:t>
      </w:r>
    </w:p>
    <w:p>
      <w:pPr>
        <w:pStyle w:val="ListBullet"/>
      </w:pPr>
      <w:r>
        <w:t>Tigrio — Senior Frontend Developer / Backend Developer/ Architect / Team Lead / UI/UX (2016–2017)</w:t>
      </w:r>
    </w:p>
    <w:p>
      <w:pPr>
        <w:pStyle w:val="ListBullet"/>
      </w:pPr>
      <w:r>
        <w:t>Globexy — Senior Frontend Developer / Architect / UI/UX (2015–2016)</w:t>
      </w:r>
    </w:p>
    <w:p>
      <w:pPr>
        <w:pStyle w:val="ListBullet"/>
      </w:pPr>
      <w:r>
        <w:t>Quantum Soft — Middle/Senior Frontend Developer (2015)</w:t>
      </w:r>
    </w:p>
    <w:p>
      <w:pPr>
        <w:pStyle w:val="ListBullet"/>
      </w:pPr>
      <w:r>
        <w:t>СибирьСофтПроект — Frontend Developer (2014–2015)</w:t>
      </w:r>
    </w:p>
    <w:p>
      <w:pPr>
        <w:pStyle w:val="ListBullet"/>
      </w:pPr>
      <w:r>
        <w:t>Sibriver — Frontend Developer (2013–2014)</w:t>
      </w:r>
    </w:p>
    <w:p>
      <w:pPr>
        <w:pStyle w:val="ListBullet"/>
      </w:pPr>
      <w:r>
        <w:t>Армада, группа компаний — Web-Разработчик / контент-менеджер (2012–2013)</w:t>
      </w:r>
    </w:p>
    <w:p>
      <w:pPr>
        <w:pStyle w:val="Heading1"/>
      </w:pPr>
      <w:r>
        <w:t>Навыки и образование</w:t>
      </w:r>
    </w:p>
    <w:p>
      <w:r>
        <w:t>TypeScript, JavaScript, Vue.js, Nuxt, React, Node.js, HTML5, CSS3, Pinia, REST API, GraphQL, WebSocket, SSR, SPA, SEO, Performance Optimization, Clean Architecture, System Design, Git, CI/CD, Docker, Storybook, Vitest, Cypress, Playwright, Jest, Unit Testing, e2e Testing, Code Review, Team Leadership, AI-assisted Development.</w:t>
      </w:r>
    </w:p>
    <w:p>
      <w:r>
        <w:t>Русский — родной. Английский — B1, средний.</w:t>
      </w:r>
    </w:p>
    <w:p>
      <w:r>
        <w:t>Неоконченное высшее образование. ТУСУР, ФСУ. Автоматизированные системы обработки информации и управления. Обучался до второго курса.</w:t>
      </w:r>
    </w:p>
    <w:p>
      <w:pPr>
        <w:pStyle w:val="Heading2"/>
      </w:pPr>
      <w:r>
        <w:t>Дополнительно</w:t>
      </w:r>
    </w:p>
    <w:p>
      <w:r>
        <w:t>Большую часть стажа могу подтвердить документально. Использую AI-инструменты и coding agents для анализа кодовой базы, разработки, рефакторинга, тестирования и документации.</w:t>
      </w:r>
    </w:p>
    <w:p>
      <w:r>
        <w:t>Рекомендация: USETECH — Александр Гончаров, заместитель технического директора (CTO).</w:t>
      </w:r>
    </w:p>
    <w:sectPr w:rsidR="00FC693F" w:rsidRPr="0006063C" w:rsidSect="00034616">
      <w:pgSz w:w="11906" w:h="16838"/>
      <w:pgMar w:top="935" w:right="1077" w:bottom="935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0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0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25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54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after="100" w:line="254" w:lineRule="auto" w:before="24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100" w:line="254" w:lineRule="auto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byrnane@gmail.com" TargetMode="External"/><Relationship Id="rId10" Type="http://schemas.openxmlformats.org/officeDocument/2006/relationships/hyperlink" Target="https://t.me/Byrnane" TargetMode="External"/><Relationship Id="rId11" Type="http://schemas.openxmlformats.org/officeDocument/2006/relationships/hyperlink" Target="https://work.byrnane.dev/" TargetMode="External"/><Relationship Id="rId12" Type="http://schemas.openxmlformats.org/officeDocument/2006/relationships/hyperlink" Target="https://github.com/byr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Капралов — Senior Frontend Developer</dc:title>
  <dc:subject>Профессиональный опыт и навыки</dc:subject>
  <dc:creator>Максим Капралов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